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מרכז העולים שלי – כל החומרים לעולים במקום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מרכז העולים שלי: עברית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 עם ודאי ניקוד תומך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שוטפת והבנת נקרא בקצב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סמלים, מוסדות וחגים של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תחושת שייכות וחוסן בכיתה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אוצר מילים וניקוד – היכרות עם מילים וניקוד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הניקוד מראה איך לבטא כל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קל יותר ללמוד מילים הקשורות זו לזו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כפתור הקראה שמקריא את המילים בקול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אוצר מילים וניקוד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אוצר מילים וניקוד – שימוש במילים ובניקוד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(נושא 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(נושא 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(נושא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(נושא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(נושא לימודים)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אוצר מילים וניקוד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קריאה שוטפת והקראה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שיטת קריאת ההד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מדידת הזמן מראה שיפור בשטף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המילה הנקראת מודגשת על המסך כדי שאפשר יהיה לעקוב אחריה בעיניים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בתיאטרון קוראים מחלקים תפקידים וקוראים בקול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קריאה שוטפת והקראה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לשפר שטף קריאה ומהירות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קריאת הד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אפשר להשוות בין קריאות ולשמוע 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3 רמות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קריאה שוטפת והקראה – תרגול מעמיק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(חזרה אחרי קול קורא, מילה במילה או משפט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(קריאת אותו קטע כמה פעמים כדי למדוד שיפור בזמן)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(מעקב אחרי המילה המודגשת על המסך תוך כדי הקשבה)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(האזנה חוזרת לקול העצמי כדי להשוות ולשפר)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(קריאה בקול עם חלוקת תפקידים כמו בהצגה)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קריאה שוטפת והקראה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הקטע בפעם הראשונה ובודקים כמה זמן לקח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מתרגלים את המילים הקשות שבקטע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שוב את אותו קטע ומודדים את הזמן בשנית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משווים בין הזמן הראשון לזמן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חוזרים על התהליך כדי לבדוק שיפור 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עיתונות בעברית קלה – היכרות עם העיתון הקל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בשתי 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מילון באנגלית וברוסית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שאלות, משחקים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עיתונות בעברית קלה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הכתבות כתובות בעברית קלה כדי שיהיה נוח לקרוא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מילון באנגלית וברוסית ליד הכתבות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בעיתונים הקלים יש שאלות על הכתבה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עיתונות בעברית קלה – הבנת הנקרא בכתבה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לבקר בגן ביום הראשון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מתקני משחקים, ספסלים ועצים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שהוא נבנה בשביל כל התושבים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עיתונות בעברית קלה – השלמת מילים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חגים, מורשת וסמלי מדינה – זיהוי וידע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המראה המוכר של דגל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הכנסת היא בית המחוקקים, ושם נבחרים מתקבלים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 מציין את הקשר והגעגוע של הקהילה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חגים, מורשת וסמלי מדינה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כחמישים יום אחריו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חגים, מורשת וסמלי מדינה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חוסן, שייכות וקהילה כיתתית – הכרות עם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חלק בפאזל נחוץ כדי שהתמונה תהיה שלמה, בדיוק כמו כל תלמיד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כשחסר חלק, התמונה אינה שלמה – כל אחד תורם משהו ייחודי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מעבר לכיתה חדשה ולשפה חדשה יכול לעורר תחושות של בדידות וגעגוע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שייכות אמיתית היא תחושה שכל תלמיד ותלמידה רצויים וחשובים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חוסן, שייכות וקהילה כיתתית – תחושות ומצבים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חוסן, שייכות וקהילה כיתתית – חיבור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(תלמיד חדש יושב לבדו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(חברים לכיתה מזמינים אותו לשחק)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(התלמידים מספרים על השפה והתרבות שלהם)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(המורה והכיתה מקשיבים ועוזרים)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חוסן, שייכות וקהילה כיתתית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להזמין לשחק בהפסקה, לשבת לידם, לעזור בשיעורים, לשאול על התרבות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בלי כל אחד ואחת התמונה הכיתתית אינה שלמה, וכל תלמיד תורם משהו שונה וחשוב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רשימת 3-5 מילים חדשות עם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קריאה ברורה כמעט בלי עצירות, אפשר להיעזר בהקראה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לכמה שיעורים נפרדים, פרק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רמת קושי: תלמידים חדשים יותר עובדים עם ניקוד מלא, מתקדמים בלי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הקראה בקול בכיתה לפני העבודה העצמית בחוברת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עבודה בזוגות בין עולים ותיקים לחדשים לחיזוק השפה והשייכות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מרכז העולים שלי – כל החומרים לעולים במקום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מרכז העולים שלי: עברית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יש כמה פרקים. בכל פרק לומדים משהו חדש. אפשר לקרוא לאט ולהיעזר בניקוד. בסוף כל פרק עונים על שאלה קטנה.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מעל ומתחת לאותיות שעוזרים לקרוא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כשמישהו קורא טקסט בקול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שטף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חלקה וברורה בלי גמגום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קריאת הד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אחרי קריאה שנשמעת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שאדם מכיר ומשתמש בהן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עיתון 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עיתון עם מילים פשוטות ומנוקדות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עם הסבר או תרגום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שינויים וקשיים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של להיות חלק מקבוצה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יהודי אתיופי של חידוש הברית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אוצר מילים וניקוד – היכרות עם מילים וניקוד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באתרי אוצר המילים לעולים יש מילים עם ניקוד שעוזר לקרוא אותן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באתרים מאורגנות לפי נושאים כמו בית, משפחה ואוכל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באתרים האלה אין הקראה של המילים, רק טקסט כתוב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אוצר מילים וניקוד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עוזר לקרוא מילה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הצבע של האות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אתר אוצר המילים לפי נושאים מציע מילים עם ניקוד יחד עם...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חידות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סֵפֶר כתוב עם ___ כדי שיהיה קל לקרוא אותו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תרגום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אוצר מילים וניקוד – שימוש במילים ובניקוד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בֵּית סֵפֶר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נושא 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מִשְׁפָּחָה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נושא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תַּפּוּחַ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נושא 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יַלְדָּה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נושא 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כִּתָּה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נושא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אוצר מילים וניקוד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לומד/ת עברית בבית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בארוחת הבוקר אכלתי __________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קריאה שוטפת והקראה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הד היא קריאה שבה חוזרים אחרי קול שקורא לפני כן, מילה במילה או משפט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בקריאה חוזרת עם שעון בודקים כמה זמן לוקח לקרוא את הקטע כדי לראות שיפור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בהקשבה עם הדגשת מילים הקורא רק מאזין ולא רואה את המילים על המסך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תיאטרון קוראים הוא קריאה בקול, כשכל קורא מקבל תפקיד כמו בהצגה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קריאה שוטפת והקראה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קוראים את אותו קטע כמה פעמים עם שעון?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לשפר שטף קריאה ומהירות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מילים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תמונה לפי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לשיטה של חזרה אחרי מי שקרא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קריאת 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הקלטה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תיאטרון 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הדגשת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כדאי להקליט את עצמנו קוראים?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 להשוות בין קריאות ולשמוע שיפור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אפשר למחוק מילים קשות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מחליף את הצורך לקרוא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מיועד רק למורה ולא לתלמיד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רמות קריאה שונות אפשר לבחור?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אחת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קריאה שוטפת והקראה – תרגול מעמיק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קריאת הד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האזנה חוזרת לקול העצמי כדי להשוות ולשפר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קריאה חוזרת עם שעון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קריאה בקול עם חלוקת תפקידים כמו בהצגה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הקשבה עם הדגשת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קריאת אותו קטע כמה פעמים כדי למדוד שיפור בזמן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הקלטה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חזרה אחרי קול קורא, מילה במילה או משפט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תיאטרון 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מעקב אחרי המילה המודגשת על המסך תוך כדי הקשבה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קריאה שוטפת והקראה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שוב את אותו קטע ומודדים את הזמן בשנית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על התהליך כדי לבדוק שיפור נוסף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משווים בין הזמן הראשון לזמן השני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מתרגלים את המילים הקשות שבקטע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הקטע בפעם הראשונה ובודקים כמה זמן לקח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עיתונות בעברית קלה – היכרות עם העיתון הקל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רמות קושי יש בכתבות?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ברמה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בשתי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בשלוש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למצוא ליד כל כתבה בעברית בקלות, חוץ מהטקסט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 באנגלית וברוסית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חידות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עוד מופיע בעיתונים הקלים חוץ מכתבות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שאלות, משחקים וכתיבה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מודעות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עיתונות בעברית קלה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הכתבות בעיתון קל כתובות בעברית קשה עם מילים נדירות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בקלות אפשר לחפש משמעות של מילה חדשה במילון שליד הכתבה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קריאת כתבה אפשר לענות על שאלות הבנה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עיתונות בעברית קלה – הבנת הנקרא בכתבה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"השבוע נפתח גן ציבורי חדש בעיר. בגן יש מתקני משחקים, ספסלים ועצים. הרבה ילדים ומשפחות באו לבקר בגן ביום הראשון". למה באו הרבה אנשים לגן?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לראות סרט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לבקר בגן ביום הראשון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בגן החדש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בריכה וחוף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מתקני משחקים, ספסלים ועצים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חנויות ומסעדות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אמר ראש העיר על הגן החדש?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נבנה בשביל כל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שצריך לסגור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לא בטוח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עיתונות בעברית קלה – השלמת מילים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בגן יש מתקני משחקים, ספסלים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ראש ה__________ אמר שהגן נבנה בשביל כל התושבים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חגים, מורשת וסמלי מדינה – זיהוי וידע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דגל מדינת ישראל מורכב ממגן דוד כחול על רקע לבן ופסים כחולים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היא מקום המגורים הרשמי של נשיא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מורשת של יהודי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חגים, מורשת וסמלי מדינה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לשיר הלאומי של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 של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ישראל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השלום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אחרי יום כיפור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כשבוע לפניו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כחמישים יום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באותו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כחודש לפניו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חגים, מורשת וסמלי מדינה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הוא חג מורשת של יהודי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סמל המדינה כולל מנורה ועלי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חוסן, שייכות וקהילה כיתתית – הכרות עם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בפאזל הכיתתי כל תלמיד ותלמידה הם חלק חשוב מהתמונה השלמה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חסר חלק אחד בפאזל, אפשר לראות את התמונה השלמה בלי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או תלמידה עולים חדשים יכולים לפעמים להרגיש בודדים בכיתה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לכיתה אומרת שרק חלק מהתלמידים צריכים להרגיש רצויים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חוסן, שייכות וקהילה כיתתית – תחושות ומצבים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כשכל התלמידים משתפים פעולה ועוזרים זה לזה, הכיתה הופכת ל__________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תלמיד חדש שמרגיש שייך לכיתה ירגיש יותר __________ ופחות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תלמיד וכל תלמידה הם __________ חשוב בפאזל הכיתתי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חוסן, שייכות וקהילה כיתתית – חיבור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תחושת בדידות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המורה והכיתה מקשיבים ועוזרים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תחושת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התלמידים מספרים על השפה והתרבות שלהם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תחושת גאווה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חברים לכיתה מזמינים אותו לשחק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תחושת 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תלמיד חדש יושב לבדו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חוסן, שייכות וקהילה כיתתית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דרכים שבהן אפשר לעזור לתלמיד או לתלמידה חדשים להרגיש חלק מהכיתה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שכל חלק בפאזל הכיתתי ישתתף וייקח חלק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מילים חדשות למדתי בפרק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לקרוא את הקטע בקול רם בשטף?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למדתי על חג או סמל ישראלי שלא ידעתי קודם?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מרכז העולים שלי: עברית לעולים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