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עם ודאי ניקוד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והבנת נקרא בקצב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סמלים, מוסדות וחגים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וחוסן בכיתה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וניקוד – היכרות עם מילים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הניקוד מראה איך לבטא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ללמוד מילים הקשורות זו לזו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וניקוד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וניקוד – שימוש במילים ובניקוד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(נושא 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(נושא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(נושא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(נושא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וניקוד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והקראה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שיטת קריאת ההד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מדידת הזמן מראה שיפור בשטף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המילה הנקראת מודגשת על המסך כדי שאפשר יהיה לעקוב אחריה בעיניים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והקראה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לשפר שטף קריאה ומהירות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קריאת הד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והקראה – תרגול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(חזרה אחרי קול קורא, מילה במילה או משפט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(קריאת אותו קטע כמה פעמים כדי למדוד שיפור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(מעקב אחרי המילה המודגשת על המסך תוך כדי 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(האזנה חוזרת לקול העצמי כדי להשוות ולשפר)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שוטפת והקראה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הקטע בפעם הראשונה ובודקים כמה זמן לקח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את המילים הקשות שבקטע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שוב את אותו קטע ומודדים את הזמן בשנית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הזמן הראשון לזמן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עיתונות בעברית קלה – היכרות עם העיתון הקל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בשתי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מילון באנגלית וברוסית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עיתונות בעברית קלה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הכתבות כתובות בעברית קלה כדי שיהיה נוח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מילון באנגלית וברוסית ליד הכתבות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עיתונות בעברית קלה – הבנת הנקרא בכתבה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לבקר בגן ביום הראשון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מתקני משחקים, ספסלים ועצים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עיתונות בעברית קלה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חגים, מורשת וסמלי מדינה – זיהוי וידע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המראה המוכר של דגל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היא בית המחוקקים, ושם נבחרים מתקבלים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חגים, מורשת וסמלי מדינה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כחמישים יום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חגים, מורשת וסמלי מדינה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חוסן, שייכות וקהילה כיתתית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חלק בפאזל נחוץ כדי שהתמונה תהיה שלמה, בדיוק כמו כל תלמיד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כשחסר חלק, התמונה אינה שלמה – כל אחד תורם משהו ייחודי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לכיתה חדשה ולשפה חדשה יכול לעורר תחושות של בדידות וגעגוע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חוסן, שייכות וקהילה כיתתית – תחושות ומצבים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חוסן, שייכות וקהילה כיתתית – חיבור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חדש יושב לבדו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(חברים לכיתה מזמינים אותו לשחק)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(התלמידים מספרים על השפה והתרבות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(המורה והכיתה מקשיבים ועוזרים)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חוסן, שייכות וקהילה כיתתית – יישום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3-5 מילים חדשות עם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ברורה כמעט בלי עצירות, אפשר להיעזר בהקראה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לכמה שיעורים נפרדים,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קושי: תלמידים חדשים יותר עובדים עם ניקוד מלא, מתקדמים בלי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הקראה בקול בכיתה לפני העבודה העצמית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בין עולים ותיקים לחדשים לחיזוק השפה והשייכות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כל פרק מתרגל נושא אחר מתוך האתרים לעולים חדשים. אפשר לעבוד לבד או בזוגות, ולהיעזר בניקוד כדי לקרוא נכון. בסוף כל פרק יש שאלה קטנה לבדיקה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  ·  ספר  ·  זית  ·  אתיופיה  ·  קהילה  ·  בטוח  ·  עצים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אוצר מילים וניקוד – היכרות עם מילים וניקוד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באתרי אוצר המילים לעולים יש מילים עם ניקוד שעוזר לקרוא אותן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באתרים מאורגנות לפי נושאים כמו בית, משפחה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אוצר מילים וניקוד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עוזר בעיקר לקרוא מילה חדשה בעברית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הצבע של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אתר אוצר המילים לפי נושאים מציע מילים עם ניקוד יחד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חידות מתמטיקה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אוצר מילים וניקוד – שימוש במילים ובניקוד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בֵּית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נושא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מִשְׁפָּחָה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נושא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תַּפּוּחַ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נושא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נושא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אוצר מילים וניקוד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לומד/ת עברית בבית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קריאה שוטפת והקראה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הד היא קריאה שבה חוזרים אחרי קול שקורא לפני כן, מילה במילה או משפט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בקריאה חוזרת עם שעון בודקים כמה זמן לוקח לקרוא את הקטע כדי לראות 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בהקשבה עם הדגשת מילים הקורא רק מאזין ולא רואה את המילים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קריאה שוטפת והקראה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קריאה חוזרת עם 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לשפר שטף קריאה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שיטה הקורא חוזר אחרי קול שקרא לפניו, מילה במילה או משפט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קריאת 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הקלטה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תיאטרון 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קריאה שוטפת והקראה – תרגול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קריאת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קריאת אותו קטע כמה פעמים כדי למדוד שיפור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קריאה חוזרת עם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מעקב אחרי המילה המודגשת על המסך תוך כדי 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הקשבה עם הדגשת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האזנה חוזרת לקול העצמי כדי להשוות ולשפר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חזרה אחרי קול קורא, מילה במילה או משפט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קריאה שוטפת והקראה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משווים בין הזמן הראשון לזמן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שוב את אותו קטע ומודדים את הזמן בשנית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הקטע בפעם הראשונה ובודקים כמה זמן לקח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מתרגלים את המילים הקשות שבקטע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עיתונות בעברית קלה – היכרות עם העיתון הקל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בעיתון קל ובעברית בקלות הכתבות מופיעות ברמת קושי אחת או בשתי רמות?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ברמה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בשתי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למצוא ליד כל כתבה בעברית בקלות, חוץ מהטקסט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 באנגלית וברוסית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פרסומות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עיתונות בעברית קלה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הכתבות בעיתון קל כתובות בעברית קשה עם מילים נדירות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בקלות אפשר לחפש משמעות של מילה חדשה במילון שליד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עיתונות בעברית קלה – הבנת הנקרא בכתבה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"השבוע נפתח גן ציבורי חדש בעיר. בגן יש מתקני משחקים, ספסלים ועצים. הרבה ילדים ומשפחות באו לבקר בגן ביום הראשון". למה באו הרבה אנשים לגן?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לראות 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לבקר בגן ביום הראשון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בגן החדש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בריכה וחוף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מתקני משחקים, ספסלים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חנויות ומסעדות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עיתונות בעברית קלה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בגן יש מתקני משחקים, ספסלים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ראש ה__________ אמר שהגן נבנה בשביל כל 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חגים, מורשת וסמלי מדינה – זיהוי וידע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דגל מדינת ישראל מורכב ממגן דוד כחול על רקע לבן ופסים 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הכנסת היא מקום המגורים הרשמי של נשיא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חגים, מורשת וסמלי מדינה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שמו של ההמנון הלאומי של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 של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חל חג הסיגד ביחס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כשבוע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באותו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חגים, מורשת וסמלי מדינה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מורשת של יהודי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סמל המדינה כולל מנורה ועלי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חוסן, שייכות וקהילה כיתתית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בפאזל הכיתתי כל תלמיד ותלמידה הם חלק חשוב מהתמונה השלמה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חסר חלק אחד בפאזל, אפשר לראות את התמונה השלמה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תלמיד או תלמידה עולים חדשים יכולים לפעמים להרגיש בודדים בכיתה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חוסן, שייכות וקהילה כיתתית – תחושות ומצבים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כשכל התלמידים משתפים פעולה ועוזרים זה לזה, הכיתה הופכת ל__________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תלמיד חדש שמרגיש שייך לכיתה ירגיש יותר __________ ופחות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חוסן, שייכות וקהילה כיתתית – חיבור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חברים לכיתה מזמינים אותו לשחק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תחושת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 חדש יושב לבדו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תחושת גאווה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המורה והכיתה מקשיבים ועוזרים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תחושת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התלמידים מספרים על השפה והתרבות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חוסן, שייכות וקהילה כיתתית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מילים חדשות למדתי בפרק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לקרוא את הקטע בקול רם בשטף?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 העולים שלי: עברית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